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2713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ia_logo_header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271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36"/>
        </w:rPr>
        <w:t>IMIA Canada 入会包（正式版）</w:t>
      </w:r>
    </w:p>
    <w:p>
      <w:pPr>
        <w:jc w:val="center"/>
      </w:pPr>
      <w:r>
        <w:rPr>
          <w:i/>
          <w:color w:val="787878"/>
          <w:sz w:val="24"/>
        </w:rPr>
        <w:t>Membership Application Package</w:t>
      </w:r>
    </w:p>
    <w:p/>
    <w:p>
      <w:r>
        <w:rPr>
          <w:b/>
          <w:sz w:val="28"/>
        </w:rPr>
        <w:t>一、欢迎页 | Welcome</w:t>
      </w:r>
    </w:p>
    <w:p>
      <w:r>
        <w:t>欢迎加入 International Matchmaking Industry Association of Canada（IMIA Canada）加拿大国际婚恋行业协会。</w:t>
      </w:r>
    </w:p>
    <w:p>
      <w:r>
        <w:t>协会致力于推动婚恋行业标准化、专业化、诚信化与国际化发展。</w:t>
      </w:r>
    </w:p>
    <w:p>
      <w:r>
        <w:t>核心理念：Standards. Trust. Connection. / 标准 · 信任 · 连接</w:t>
      </w:r>
    </w:p>
    <w:p>
      <w:r>
        <w:t>会员加入后可参与协会活动、资源链接、行业交流、平台合作与未来认证体系。</w:t>
      </w:r>
    </w:p>
    <w:p/>
    <w:p>
      <w:r>
        <w:rPr>
          <w:b/>
          <w:sz w:val="28"/>
        </w:rPr>
        <w:t>二、会员申请表 | Membership Application Form</w:t>
      </w:r>
    </w:p>
    <w:p>
      <w:r>
        <w:t>中文姓名 / Chinese Name</w:t>
      </w:r>
    </w:p>
    <w:p>
      <w:r>
        <w:t>________________________________________</w:t>
      </w:r>
    </w:p>
    <w:p>
      <w:r>
        <w:t>英文姓名 / English Name</w:t>
      </w:r>
    </w:p>
    <w:p>
      <w:r>
        <w:t>________________________________________</w:t>
      </w:r>
    </w:p>
    <w:p>
      <w:r>
        <w:t>联系电话 / Phone Number</w:t>
      </w:r>
    </w:p>
    <w:p>
      <w:r>
        <w:t>________________________________________</w:t>
      </w:r>
    </w:p>
    <w:p>
      <w:r>
        <w:t>电子邮箱 / Email</w:t>
      </w:r>
    </w:p>
    <w:p>
      <w:r>
        <w:t>________________________________________</w:t>
      </w:r>
    </w:p>
    <w:p>
      <w:r>
        <w:t>所在城市 / City</w:t>
      </w:r>
    </w:p>
    <w:p>
      <w:r>
        <w:t>________________________________________</w:t>
      </w:r>
    </w:p>
    <w:p>
      <w:r>
        <w:t>职业 / Profession</w:t>
      </w:r>
    </w:p>
    <w:p>
      <w:r>
        <w:t>________________________________________</w:t>
      </w:r>
    </w:p>
    <w:p>
      <w:r>
        <w:t>机构 / 公司名称（如有）</w:t>
      </w:r>
    </w:p>
    <w:p>
      <w:r>
        <w:t>________________________________________</w:t>
      </w:r>
    </w:p>
    <w:p>
      <w:r>
        <w:t>申请会员类别（普通 / 专业 / 高级 / 机构）</w:t>
      </w:r>
    </w:p>
    <w:p>
      <w:r>
        <w:t>________________________________________</w:t>
      </w:r>
    </w:p>
    <w:p>
      <w:r>
        <w:t>从业经验 / Relevant Experience</w:t>
      </w:r>
    </w:p>
    <w:p>
      <w:r>
        <w:t>________________________________________</w:t>
      </w:r>
    </w:p>
    <w:p>
      <w:r>
        <w:t>资源或擅长方向 / Areas of Expertise or Resources</w:t>
      </w:r>
    </w:p>
    <w:p>
      <w:r>
        <w:t>________________________________________</w:t>
      </w:r>
    </w:p>
    <w:p>
      <w:r>
        <w:t>加入协会的原因 / Why do you want to join IMIA Canada?</w:t>
      </w:r>
    </w:p>
    <w:p>
      <w:r>
        <w:t>________________________________________</w:t>
      </w:r>
    </w:p>
    <w:p/>
    <w:p>
      <w:r>
        <w:rPr>
          <w:b/>
          <w:sz w:val="28"/>
        </w:rPr>
        <w:t>三、会员守则确认 | Membership Rules Acknowledgement</w:t>
      </w:r>
    </w:p>
    <w:p>
      <w:r>
        <w:t>本人已阅读并同意遵守 IMIA Canada《会员规则与红娘职业守则（正式版）》中的相关要求，包括但不限于：</w:t>
      </w:r>
    </w:p>
    <w:p>
      <w:r>
        <w:t>• 遵守协会规则与行业职业守则</w:t>
      </w:r>
    </w:p>
    <w:p>
      <w:r>
        <w:t>• 维护协会形象与行业公信力</w:t>
      </w:r>
    </w:p>
    <w:p>
      <w:r>
        <w:t>• 尊重客户、会员与合作伙伴隐私</w:t>
      </w:r>
    </w:p>
    <w:p>
      <w:r>
        <w:t>• 不进行虚假宣传、恶意竞争或不当收费</w:t>
      </w:r>
    </w:p>
    <w:p>
      <w:r>
        <w:t>• 在协会及平台合作中遵守诚信与专业原则</w:t>
      </w:r>
    </w:p>
    <w:p/>
    <w:p>
      <w:r>
        <w:rPr>
          <w:b/>
          <w:sz w:val="28"/>
        </w:rPr>
        <w:t>四、签署页 | Signature Page</w:t>
      </w:r>
    </w:p>
    <w:p>
      <w:r>
        <w:t>申请人签名 / Applicant Signature:</w:t>
      </w:r>
    </w:p>
    <w:p>
      <w:r>
        <w:t>________________________________________</w:t>
      </w:r>
    </w:p>
    <w:p>
      <w:r>
        <w:t>日期 / Date:</w:t>
      </w:r>
    </w:p>
    <w:p>
      <w:r>
        <w:t>________________________________________</w:t>
      </w:r>
    </w:p>
    <w:p>
      <w:r>
        <w:t>协会审核结果 / Association Review:</w:t>
      </w:r>
    </w:p>
    <w:p>
      <w:r>
        <w:t>________________________________________</w:t>
      </w:r>
    </w:p>
    <w:p>
      <w:r>
        <w:t>审核人签名 / Approved By:</w:t>
      </w:r>
    </w:p>
    <w:p>
      <w:r>
        <w:t>________________________________________</w:t>
      </w:r>
    </w:p>
    <w:p/>
    <w:p>
      <w:pPr>
        <w:jc w:val="center"/>
      </w:pPr>
      <w:r>
        <w:rPr>
          <w:color w:val="646464"/>
          <w:sz w:val="20"/>
        </w:rPr>
        <w:t>International Matchmaking Industry Association of Canada</w:t>
        <w:br/>
        <w:t>Standards. Trust. Connection.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